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האונייה מביאה 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מוצרים מסוימים מגיעים מרחוק ואחרים מיוצרים קרוב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 המכולה בסחר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 בין אקלים, שימור מוצרים וכלכלה עולמית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באוניות מיוחדות שנראות כמו חניונים צפים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הם צריכים אקלים חם ולח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הבנה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היתרון המרכזי של המכולה האחידה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 גדול מהמוצרים מגיע מחו״ל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קקאו צריך אקלים חם ולח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מרחוק או מקרוב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(מגיע לרוב מקרוב)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(מגיע לרוב מקרוב)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(מגיע לרוב מקרוב)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(מגיע לרוב באונייה)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📝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המעמקים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נימוק הגיוני, למשל טריות או תמיכה בייצור מקומי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מכולה - ארגז מתכת אחיד, מאפשר הובלה קלה בין אמצעי 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מרחוק: קקאו/טלוויזיה; קרוב: חלב/לחם, עם נימוק אקלים או שימור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יבוא - הבאת מוצרים מחוץ לארץ, יצוא - מכירה לחוץ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לכיתה תוויות אמיתיות ממוצרים בבית ולבדוק יחד מאיפה הגיעו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גם כעבודה בזוגות עם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לדיון על טביעת רגל פחמנית של הובלה ארוכה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האונייה מביאה 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כמעט כל בית מלא במוצרים שהגיעו מכל קצוות העולם, לצד מוצרים שגדלו או יוצרו ממש קרוב. דף זה עוסק בדרך שעושים מוצרים עד שהם מגיעים אלינו.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לח  ·  מכולות  ·  קרוב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☀️ פני המים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מגיעות מכוניות שלמות לארץ,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במטוסי משא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באוניות מיוחדות שנראות כמו חניונים צפים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פולי קקאו מגיעים מרחוק?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הם צריכים אקלים חם ולח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אסור לגדל אותם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הם זולים יותר באונייה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🌊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מכולות מאפשרות להעביר סחורה מאונייה לרכבת בלי לפתוח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המוצרים בבית שלנו מיוצרים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קקאו גדל היטב באקלים קר ויבש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🧺 מיון: מרחוק או מקרוב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 מהמאפייה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מגיע לרוב מקרוב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עגבניות מהשדה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מגיע לרוב מקרוב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חלב טרי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מגיע לרוב באונייה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טלוויזיה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מגיע לרוב מקרוב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📝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מוצרים רבים מגיעים אלינו בדרך הים בתוך __________ – ארגזי מתכת ענקיים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קקאו צריך אקלים חם ו__________ כדי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מוצרים כמו חלב ולחם מתקלקלים מהר ולכן מיוצרים __________ לבית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🐙 המעמקים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שלושה מוצרים בבית הייתם רוצים שיגיעו דווקא מקרוב?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מכולה ולמה היא חשובה לסחר העולמי?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למוצר שמגיע מרחוק ולמוצר שמיוצר קרוב, והסבירו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האונייה מביאה לי?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