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האונייה מביאה 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מוצרים מסוימים מגיעים מרחוק ואחרים מיוצרים קרוב 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 המכולה בסחר העולמי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 בין אקלים, שימור מוצרים וכלכלה עולמית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באוניות מיוחדות שנראות כמו חניונים צפים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הם צריכים אקלים חם ולח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ארגז מתכת ענקי בגודל אחיד להובלת סחורות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כולם מתקלקלים מהר ולכן עדיף לייצר אותם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כי אפשר להעביר אותה בין אונייה, רכבת ומשאית בלי לפתוח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היתרון המרכזי של המכולה האחידה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חלק גדול מהמוצרים מגיע מחו״ל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קקאו צריך אקלים חם ולח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המדויקת של 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מוצרים מתקלקלים עדיף לייצר 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מיון: מרחוק או מקרוב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(מגיע לרוב מקרוב)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(מגיע לרוב מקרוב)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(מגיע לרוב מקרוב)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(מגיע לרוב באונייה)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(מגיע לרוב באונייה)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(מגיע לרוב באונייה)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📝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אספקה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🐙 המעמקים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נימוק הגיוני, למשל טריות או תמיכה בייצור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נימוק - תמיכה בחקלאים מקומיים, פחות זיהום הובלה, לעומת מחיר וזמינות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דומה: שניהם עוברים כמה מדינות ושלבי ייצור עד שמגיעים לחנות. שונה: חומרי הגלם, סוג התעשייה והמדינות המעורבות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מכולה - ארגז מתכת אחיד, מאפשר הובלה קלה בין אמצעי תחבורה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מרחוק: קקאו/טלוויזיה; קרוב: חלב/לחם, עם נימוק אקלים או שימור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יבוא - הבאת מוצרים מחוץ לארץ, יצוא - מכירה לחוץ לארץ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לכיתה תוויות אמיתיות ממוצרים בבית ולבדוק יחד מאיפה הגיעו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גם כעבודה בזוגות עם 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לדיון על טביעת רגל פחמנית של הובלה ארוכה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האונייה מביאה 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בבית שלנו יש דברים שהגיעו מרחוק באונייה, ויש דברים שנוצרו קרוב. נלמד למה זה ככה.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ארגז מתכת ענקי בגודל אחיד להובלת סחורות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מוצרים ממדינות אחרות לארץ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מכירת מוצרים מהארץ שלנו למדינות אחרות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אספקה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שמוצר עובר עד שהוא מגיע לחנות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 המשווה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דמיוני סביב כדור הארץ, באזוריו האקלים חם ולח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סחר עולמי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ומכירה של מוצרים בין מדינות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חומר גלם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בסיסי שממנו מייצרים מוצר, כמו כותנה או קקאו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☀️ פני המים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מביאים מכוניות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במטוסי משא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בצינורות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באוניות מיוחדות שנראות כמו חניונים צפים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ברכבת מאירופה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קקאו לא גדל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צריכים אקלים חם ולח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לגדל אותם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זולים יותר באונייה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לא מתקלקלים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מוצר הוא מקומי?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פולי 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זו מכולה?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ספינה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ארגז מתכת ענקי בגודל אחיד להובלת 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מכונית חשמלית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פרי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🌊 מתחת למים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חלב ולחם מיוצרים קרוב?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מגיעים במכולות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מתקלקלים מהר ולכן עדיף לייצר אותם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גדלים רק באזורים 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יקרים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המכולה חשובה כל כך?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יפה יותר משקים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אפשר לאכול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קלה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אפשר להעביר אותה בין אונייה, רכבת ומשאית בלי לפתוח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מכולות מאפשרות להעביר סחורה מאונייה לרכבת בלי לפתוח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המוצרים בבית שלנו מיוצרים בארץ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קקאו גדל היטב באקלים קר ויבש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יצוא הוא מכירה של מוצרים מהמדינה שלנו למדינות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מוצרים שמתקלקלים מהר, כמו חלב, בדרך כלל מגיעים ממרחק רב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🧺 מיון: מרחוק או מקרוב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 מהמאפייה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מגיע לרוב באונייה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עגבניות מהשדה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מגיע לרוב מקרוב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חלב טרי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מגיע לרוב באונייה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טלוויזיה 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מגיע לרוב מקרוב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מגיע לרוב מקרוב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פולי קקאו לשוקולד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מגיע לרוב באונייה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📝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מוצרים רבים מגיעים אלינו בדרך הים בתוך __________ – ארגזי מתכת ענקיים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קקאו צריך אקלים חם ו__________ כדי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מוצרים כמו חלב ולחם מתקלקלים מהר ולכן מיוצרים __________ 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מכירת מוצרים מהארץ שלנו למדינות אחרות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השלבים שמוצר עובר עד שהוא מגיע לחנות נקראים שרשרת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🐙 המעמקים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שלושה מוצרים בבית הייתם רוצים שיגיעו דווקא מקרוב?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כדאי לקנות מוצרים מקומיים גם אם הם יקרים יותר? נמקו את 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דומה ומה שונה בין המסע של חולצת כותנה למסע של חטיף שוקולד?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מכולה ולמה היא חשובה לסחר העולמי?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למוצר שמגיע מרחוק ולמוצר שמיוצר קרוב, והסבירו 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יבוא ליצוא?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האונייה מביאה לי?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